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🧭 דף תרגול: סימולציית החלטות וחוסן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קבלת החלטות, חוסן, השלכות. נושאים: 🌍 גלובליזציה – כפר עולמי, 🌾 חג הסיגד.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מקבלים החלטות: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ב – נפרסם מידע רגוע וברור 📢 (התוצאה: אנשים נרגעים.)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א – נפתח שוק חקלאים בכיכר 🥕 (התוצאה: יש ירקות טריים לכולם.)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מקבלים החלטות: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ב – לעצור ולהזכיר את החלום 💛 (התוצאה: הם מקבלים כוח וממשיכים.)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מה עזר לי להחליט?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רפלקציה אישית שמזהה דרך התמודדות. במפתח: האפשרות המיטבית (2 נק׳ במשחק); בחירה אחרת עם נימוק טוב – לדיון.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🧭 סימולציית החלטות וחוסן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מקבלים החלטות: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בחרו החלטה. כתבו למה.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🧭 סערה בעיר הנמל 🌊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עיר נמל דמיונית. סערה סגרה את הנמל. מה תעשו?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1. בחנויות נגמרים מוצרים. אנשים נלחצים.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לא נגיד כלום 🤐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נפרסם מידע רגוע וברור 📢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נגביל קנייה במקום אחד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2. למה בחרתי בזה?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3. חקלאים רוצים למכור ירקות.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נפתח שוק חקלאים בכיכר 🥕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נסכים לחקלאי אחד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נסרב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4. למה בחרתי בזה?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מקבלים החלטות: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עוד מצב.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🧭 מסע אל פסגת ההר ⛰️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אתם עוזרים לקס להוביל קבוצה. בחרו בחוכמה.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1. הקבוצה עייפה ורוצה לוותר. 😓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לכעוס עליהם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לעצור ולהזכיר את החלום 💛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לרוץ קדימה לבד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2. למה בחרתי בזה?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מה עזר לי להחליט?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מה עזר לי להחליט?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סימולציית החלטות וחוסן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סימולציית החלטות וחוסן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