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📖 דף תרגול: קריאה עם מילים-לחצנים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אוצר מילים, שורש, נרדפות. נושאים: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קוראים ומבינים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1–ד · 2–ב · 3–ג · 4–א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שורש ומילה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נושאים: שורש נ-ש-א; נרדפת: סוחבים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בפסגה: שורש — (אין שורש פשוט); נרדפת: בראש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עוזרים: שורש ע-ז-ר; נרדפת: מסייעים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פונים: שורש פ-נ-ה; נרדפת: תשובה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המילים בכתיבה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שימוש נכון במילים בהקשר.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📖 קריאה עם מילים-לחצנים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קוראים ומבינים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קראו. התאימו מילה ↔ משמעות.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📖 הקטע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בבוקר הקהילה לובשת לבן. 🤍 הקסים הולכים בראש. הם נושאים את האורית. 📜 הדרך להר ארוכה. הצעירים עוזרים למבוגרים. 🤝 בפסגה קוראים ומתפללים. כולם פונים לירושלים. 💛 בערב חוגגים יחד. 🎉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המילה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המשמעות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נושאים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מסתובבים לכיוון מסוים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בפסגה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במקום הכי גבוה בהר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עוזרים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נותנים יד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פונים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מחזיקים ולוקחים איתם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שורש ומילה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את השורש.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03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המילה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השורש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מילה נרדפת</w:t>
            </w:r>
          </w:p>
        </w:tc>
      </w:tr>
      <w:tr>
        <w:tc>
          <w:tcPr>
            <w:tcW w:type="dxa" w:w="403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נושאים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403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בפסגה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403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עוזרים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403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פונים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המילים בכתיבה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עם מילה אחת.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קריאה עם מילים-לחצנים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קריאה עם מילים-לחצנים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